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מודל מעש״ה – לעזור לחבר/ה במצוקה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מודל מעש״ה ואת ארבעת מרכיביו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משפטי תמיכה 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מתי ואיך לערב מבוגר/ת אחראי/ת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מחויבות, עידוד לעשייה, שאלות, הבניית רצף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אני כאן איתך, אתה לא 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אחריות ולא הלשנה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זו דאגה ואחריות, לא הלשנה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מחויבות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עשייה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אות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(מחויבות - אני כאן איתך)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(עידוד לעשייה - פעולה קטנה)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(שאלות מעוררות חשיבה - מה יעזור?)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(הבניית רצף - מה קרה, מה עכשיו, מה בהמשך)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התמיכה בחבר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להגיד לחבר: אני כאן איתך, אתה לא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להציע פעולה קטנה כמו לשתות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לשאול מה יכול לעזור לו עכשיו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לעשות סדר: מה קרה, מה עכשיו ומה בהמשך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משפט מחויבות, הצעת פעולה, שאלה מעוררת חשיבה והבניית רצף, ותסתיים בפנייה למבוגר אחראי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מחויבות, עידוד לעשייה, שאלות מעוררות חשיבה, הבניית רצף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אני כאן איתך, אתה לא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המטרה היא לשמור על בטיחות החבר, לא לפגוע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משחק תפקידים בזוגות לתרגול השלבים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שהתלמידים תמיד צריכים לשתף מבוגר ולא להישאר לבד עם המידע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הדף לדיון רחב יותר על אחריות חברתית ותמיכה הדדית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מודל מעש״ה – לעזור לחבר/ה במצוקה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מודל מעש״ה הוא כלי פשוט לעזור לחבר/ה שמרגיש/ה שהוא/היא לא יכול/ה עוד. בדף הזה נתרגל את ארבעת השלבים של המודל ואת הדרך הנכונה לפנות למבוגר/ת.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מחויבות  ·  עשייה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המודל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ראשי התיבות של מעש״ה?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מחויבות, עידוד לעשייה, שאלות, הבניית רצף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מנהיגות, עצמאות, שוויון, הדדיות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מחשבה, עשייה, שמירה, הנאה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משפט מתאים לשלב המחויבות?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מה יכול לעזור לך עכשיו?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אני כאן איתך, אתה לא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בוא נשתה מים ביחד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כשחבר אומר שהוא לא יכול עוד, תמיד צריך לשתף מבוגר אחראי.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פנייה ליועצת כשחבר במצוקה נחשבת הלשנה.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האות מ׳ במעש״ה מייצגת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האות ע׳ מייצגת עידוד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אות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הבניית רצף - מה קרה, מה עכשיו, מה בהמשך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מחויבות - אני כאן איתך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עידוד לעשייה - פעולה קטנה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שאלות מעוררות חשיבה - מה יעזור?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התמיכה בחבר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להציע פעולה קטנה כמו לשתות 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לשאול מה יכול לעזור לו עכשיו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לעשות סדר: מה קרה, מה עכשיו ומה בהמשך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להגיד לחבר: אני כאן איתך, אתה לא לבד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דמיינו שחבר/ה אומר/ת לכם שהוא/היא לא יכול/ה עוד. כתבו שיחה קצרה שבה אתם משתמשים בארבעת שלבי מעש״ה.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פירוש ראשי התיבות מעש״ה?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למשפט שמבטא מחויבות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מודל מעש״ה – לעזור לחבר/ה במצוקה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